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45AF5" w14:textId="1EA99224" w:rsidR="70C93030" w:rsidRDefault="70C93030" w:rsidP="70C93030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1008AEA" wp14:editId="2BAF724A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2201380" cy="1121044"/>
            <wp:effectExtent l="0" t="0" r="0" b="0"/>
            <wp:wrapSquare wrapText="bothSides"/>
            <wp:docPr id="7393348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33480" name="Picture 7393348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1380" cy="1121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E714B" w14:textId="0C99E6A4" w:rsidR="00B95D05" w:rsidRPr="007A1166" w:rsidRDefault="03172710" w:rsidP="64CE7AE0">
      <w:pPr>
        <w:spacing w:after="0" w:line="300" w:lineRule="auto"/>
        <w:rPr>
          <w:lang w:val="it-IT"/>
        </w:rPr>
      </w:pPr>
      <w:r w:rsidRPr="64CE7AE0">
        <w:rPr>
          <w:b/>
          <w:bCs/>
          <w:sz w:val="28"/>
          <w:szCs w:val="28"/>
        </w:rPr>
        <w:t>L</w:t>
      </w:r>
      <w:r w:rsidR="5A4AAFA9" w:rsidRPr="64CE7AE0">
        <w:rPr>
          <w:b/>
          <w:bCs/>
          <w:sz w:val="28"/>
          <w:szCs w:val="28"/>
        </w:rPr>
        <w:t>j</w:t>
      </w:r>
      <w:r w:rsidRPr="64CE7AE0">
        <w:rPr>
          <w:b/>
          <w:bCs/>
          <w:sz w:val="28"/>
          <w:szCs w:val="28"/>
        </w:rPr>
        <w:t>estvica konačnog poretka učenika anketiranih 20.</w:t>
      </w:r>
      <w:r w:rsidR="78399626" w:rsidRPr="64CE7AE0">
        <w:rPr>
          <w:b/>
          <w:bCs/>
          <w:sz w:val="28"/>
          <w:szCs w:val="28"/>
        </w:rPr>
        <w:t xml:space="preserve"> </w:t>
      </w:r>
      <w:r w:rsidRPr="007A1166">
        <w:rPr>
          <w:b/>
          <w:bCs/>
          <w:sz w:val="28"/>
          <w:szCs w:val="28"/>
          <w:lang w:val="it-IT"/>
        </w:rPr>
        <w:t>10.</w:t>
      </w:r>
      <w:r w:rsidR="6178B369" w:rsidRPr="007A1166">
        <w:rPr>
          <w:b/>
          <w:bCs/>
          <w:sz w:val="28"/>
          <w:szCs w:val="28"/>
          <w:lang w:val="it-IT"/>
        </w:rPr>
        <w:t xml:space="preserve"> </w:t>
      </w:r>
      <w:r w:rsidRPr="007A1166">
        <w:rPr>
          <w:b/>
          <w:bCs/>
          <w:sz w:val="28"/>
          <w:szCs w:val="28"/>
          <w:lang w:val="it-IT"/>
        </w:rPr>
        <w:t>2026. godine za Erasmus+ mobilnost učenika u Grčku</w:t>
      </w:r>
      <w:r w:rsidR="68E98912" w:rsidRPr="007A1166">
        <w:rPr>
          <w:rFonts w:ascii="Segoe UI" w:eastAsia="Segoe UI" w:hAnsi="Segoe UI" w:cs="Segoe UI"/>
          <w:sz w:val="21"/>
          <w:szCs w:val="21"/>
          <w:lang w:val="it-IT"/>
        </w:rPr>
        <w:t xml:space="preserve"> </w:t>
      </w:r>
    </w:p>
    <w:p w14:paraId="33A739E2" w14:textId="0937D199" w:rsidR="00B95D05" w:rsidRPr="007A1166" w:rsidRDefault="00B95D05" w:rsidP="64CE7AE0">
      <w:pPr>
        <w:spacing w:after="0" w:line="300" w:lineRule="auto"/>
        <w:rPr>
          <w:rFonts w:ascii="Segoe UI" w:eastAsia="Segoe UI" w:hAnsi="Segoe UI" w:cs="Segoe UI"/>
          <w:sz w:val="21"/>
          <w:szCs w:val="21"/>
          <w:lang w:val="it-IT"/>
        </w:rPr>
      </w:pPr>
    </w:p>
    <w:p w14:paraId="4F9E560D" w14:textId="63275A20" w:rsidR="00B95D05" w:rsidRDefault="68E98912" w:rsidP="64CE7AE0">
      <w:pPr>
        <w:spacing w:after="0" w:line="300" w:lineRule="auto"/>
        <w:rPr>
          <w:rFonts w:ascii="Segoe UI" w:eastAsia="Segoe UI" w:hAnsi="Segoe UI" w:cs="Segoe UI"/>
          <w:sz w:val="24"/>
          <w:szCs w:val="24"/>
          <w:lang w:val="it-IT"/>
        </w:rPr>
      </w:pPr>
      <w:r w:rsidRPr="007A1166">
        <w:rPr>
          <w:rFonts w:ascii="Segoe UI" w:eastAsia="Segoe UI" w:hAnsi="Segoe UI" w:cs="Segoe UI"/>
          <w:sz w:val="24"/>
          <w:szCs w:val="24"/>
          <w:lang w:val="it-IT"/>
        </w:rPr>
        <w:t>Nakon provedenog postupka vrednovanja, pet učenika ostvarilo je najveći broj bodova te najbolji ukupni plasman. Sukladno rezultatima, navedeni učenici odabrani su za sudjelovanje u Erasmus+ mobilnosti.</w:t>
      </w:r>
    </w:p>
    <w:p w14:paraId="77B9756F" w14:textId="77777777" w:rsidR="00D05349" w:rsidRDefault="00D05349" w:rsidP="64CE7AE0">
      <w:pPr>
        <w:spacing w:after="0" w:line="300" w:lineRule="auto"/>
        <w:rPr>
          <w:rFonts w:ascii="Segoe UI" w:eastAsia="Segoe UI" w:hAnsi="Segoe UI" w:cs="Segoe UI"/>
          <w:sz w:val="24"/>
          <w:szCs w:val="24"/>
          <w:lang w:val="it-IT"/>
        </w:rPr>
      </w:pPr>
    </w:p>
    <w:p w14:paraId="7AB6735B" w14:textId="77777777" w:rsidR="00D05349" w:rsidRPr="00D05349" w:rsidRDefault="00D05349" w:rsidP="00D05349">
      <w:pPr>
        <w:rPr>
          <w:rFonts w:ascii="Segoe UI" w:hAnsi="Segoe UI" w:cs="Segoe UI"/>
          <w:sz w:val="24"/>
          <w:szCs w:val="24"/>
        </w:rPr>
      </w:pPr>
      <w:r w:rsidRPr="00D05349">
        <w:rPr>
          <w:rFonts w:ascii="Segoe UI" w:hAnsi="Segoe UI" w:cs="Segoe UI"/>
          <w:sz w:val="24"/>
          <w:szCs w:val="24"/>
        </w:rPr>
        <w:t>Pet prvoplasiranih učenika bit će kontaktirano putem platforme Microsoft Teams. Ostali učenici mogu, ako su zainteresirani, ostvariti uvid u rezultate svojih anketa u utorak, 3. studenoga 2026. godine, od 13:15 do 13:50 sati u atriju škole.</w:t>
      </w:r>
    </w:p>
    <w:p w14:paraId="5F7CCBDB" w14:textId="14D7C1C4" w:rsidR="00B95D05" w:rsidRPr="007A1166" w:rsidRDefault="00B95D05" w:rsidP="64CE7AE0">
      <w:pPr>
        <w:jc w:val="center"/>
        <w:rPr>
          <w:b/>
          <w:bCs/>
          <w:sz w:val="28"/>
          <w:szCs w:val="28"/>
          <w:lang w:val="hr-HR"/>
        </w:rPr>
      </w:pPr>
    </w:p>
    <w:tbl>
      <w:tblPr>
        <w:tblStyle w:val="TableGrid"/>
        <w:tblW w:w="8640" w:type="dxa"/>
        <w:tblLook w:val="04A0" w:firstRow="1" w:lastRow="0" w:firstColumn="1" w:lastColumn="0" w:noHBand="0" w:noVBand="1"/>
      </w:tblPr>
      <w:tblGrid>
        <w:gridCol w:w="1541"/>
        <w:gridCol w:w="4559"/>
        <w:gridCol w:w="2540"/>
      </w:tblGrid>
      <w:tr w:rsidR="00B95D05" w14:paraId="672A6659" w14:textId="77777777" w:rsidTr="64CE7AE0">
        <w:tc>
          <w:tcPr>
            <w:tcW w:w="1541" w:type="dxa"/>
          </w:tcPr>
          <w:p w14:paraId="0A37501D" w14:textId="343314DA" w:rsidR="00B95D05" w:rsidRDefault="3870D3C6" w:rsidP="70C93030">
            <w:pPr>
              <w:rPr>
                <w:b/>
                <w:bCs/>
                <w:color w:val="1F497D" w:themeColor="text2"/>
                <w:sz w:val="24"/>
                <w:szCs w:val="24"/>
              </w:rPr>
            </w:pPr>
            <w:r w:rsidRPr="70C93030">
              <w:rPr>
                <w:b/>
                <w:bCs/>
                <w:color w:val="1F497D" w:themeColor="text2"/>
                <w:sz w:val="24"/>
                <w:szCs w:val="24"/>
              </w:rPr>
              <w:t>Redni broj</w:t>
            </w:r>
          </w:p>
        </w:tc>
        <w:tc>
          <w:tcPr>
            <w:tcW w:w="4559" w:type="dxa"/>
          </w:tcPr>
          <w:p w14:paraId="5DAB6C7B" w14:textId="30D245DD" w:rsidR="00B95D05" w:rsidRDefault="3870D3C6" w:rsidP="70C93030">
            <w:pPr>
              <w:rPr>
                <w:b/>
                <w:bCs/>
                <w:color w:val="1F497D" w:themeColor="text2"/>
                <w:sz w:val="24"/>
                <w:szCs w:val="24"/>
              </w:rPr>
            </w:pPr>
            <w:r w:rsidRPr="70C93030">
              <w:rPr>
                <w:b/>
                <w:bCs/>
                <w:color w:val="1F497D" w:themeColor="text2"/>
                <w:sz w:val="24"/>
                <w:szCs w:val="24"/>
              </w:rPr>
              <w:t>Šifra/zaporka</w:t>
            </w:r>
          </w:p>
        </w:tc>
        <w:tc>
          <w:tcPr>
            <w:tcW w:w="2540" w:type="dxa"/>
          </w:tcPr>
          <w:p w14:paraId="02EB378F" w14:textId="13199DBB" w:rsidR="00B95D05" w:rsidRDefault="107C592B" w:rsidP="64CE7AE0">
            <w:pPr>
              <w:rPr>
                <w:b/>
                <w:bCs/>
                <w:color w:val="1F497D" w:themeColor="text2"/>
                <w:sz w:val="24"/>
                <w:szCs w:val="24"/>
              </w:rPr>
            </w:pPr>
            <w:r w:rsidRPr="64CE7AE0">
              <w:rPr>
                <w:b/>
                <w:bCs/>
                <w:color w:val="1F487C"/>
                <w:sz w:val="24"/>
                <w:szCs w:val="24"/>
              </w:rPr>
              <w:t>Ukupan b</w:t>
            </w:r>
            <w:r w:rsidR="7AF1F35C" w:rsidRPr="64CE7AE0">
              <w:rPr>
                <w:b/>
                <w:bCs/>
                <w:color w:val="1F487C"/>
                <w:sz w:val="24"/>
                <w:szCs w:val="24"/>
              </w:rPr>
              <w:t>roj bodova</w:t>
            </w:r>
            <w:r w:rsidR="32283963" w:rsidRPr="64CE7AE0">
              <w:rPr>
                <w:b/>
                <w:bCs/>
                <w:color w:val="1F487C"/>
                <w:sz w:val="24"/>
                <w:szCs w:val="24"/>
              </w:rPr>
              <w:t xml:space="preserve"> </w:t>
            </w:r>
            <w:r w:rsidR="06924E1C" w:rsidRPr="64CE7AE0">
              <w:rPr>
                <w:b/>
                <w:bCs/>
                <w:color w:val="1F487C"/>
                <w:sz w:val="24"/>
                <w:szCs w:val="24"/>
              </w:rPr>
              <w:t xml:space="preserve">  </w:t>
            </w:r>
            <w:r w:rsidR="32283963" w:rsidRPr="64CE7AE0">
              <w:rPr>
                <w:b/>
                <w:bCs/>
                <w:color w:val="1F487C"/>
                <w:sz w:val="24"/>
                <w:szCs w:val="24"/>
              </w:rPr>
              <w:t>45</w:t>
            </w:r>
          </w:p>
        </w:tc>
      </w:tr>
      <w:tr w:rsidR="00B95D05" w14:paraId="6A05A809" w14:textId="77777777" w:rsidTr="64CE7AE0">
        <w:tc>
          <w:tcPr>
            <w:tcW w:w="1541" w:type="dxa"/>
          </w:tcPr>
          <w:p w14:paraId="5A39BBE3" w14:textId="3FBF972C" w:rsidR="00B95D05" w:rsidRDefault="3870D3C6" w:rsidP="70C93030">
            <w:pPr>
              <w:rPr>
                <w:color w:val="FF0000"/>
              </w:rPr>
            </w:pPr>
            <w:r w:rsidRPr="70C93030">
              <w:rPr>
                <w:color w:val="FF0000"/>
              </w:rPr>
              <w:t>1.</w:t>
            </w:r>
          </w:p>
        </w:tc>
        <w:tc>
          <w:tcPr>
            <w:tcW w:w="4559" w:type="dxa"/>
          </w:tcPr>
          <w:p w14:paraId="41C8F396" w14:textId="07CD9054" w:rsidR="00B95D05" w:rsidRDefault="2535402B" w:rsidP="70C93030">
            <w:pPr>
              <w:rPr>
                <w:color w:val="FF0000"/>
              </w:rPr>
            </w:pPr>
            <w:r w:rsidRPr="70C93030">
              <w:rPr>
                <w:color w:val="FF0000"/>
              </w:rPr>
              <w:t>1510MEL</w:t>
            </w:r>
          </w:p>
        </w:tc>
        <w:tc>
          <w:tcPr>
            <w:tcW w:w="2540" w:type="dxa"/>
          </w:tcPr>
          <w:p w14:paraId="72A3D3EC" w14:textId="41BF17F9" w:rsidR="00B95D05" w:rsidRDefault="2535402B" w:rsidP="70C93030">
            <w:pPr>
              <w:rPr>
                <w:color w:val="FF0000"/>
              </w:rPr>
            </w:pPr>
            <w:r w:rsidRPr="70C93030">
              <w:rPr>
                <w:color w:val="FF0000"/>
              </w:rPr>
              <w:t>45</w:t>
            </w:r>
          </w:p>
        </w:tc>
      </w:tr>
      <w:tr w:rsidR="00B95D05" w14:paraId="0D0B940D" w14:textId="77777777" w:rsidTr="64CE7AE0">
        <w:tc>
          <w:tcPr>
            <w:tcW w:w="1541" w:type="dxa"/>
          </w:tcPr>
          <w:p w14:paraId="0E27B00A" w14:textId="12AC5703" w:rsidR="00B95D05" w:rsidRDefault="3870D3C6" w:rsidP="70C93030">
            <w:pPr>
              <w:rPr>
                <w:color w:val="FF0000"/>
              </w:rPr>
            </w:pPr>
            <w:r w:rsidRPr="70C93030">
              <w:rPr>
                <w:color w:val="FF0000"/>
              </w:rPr>
              <w:t>2.</w:t>
            </w:r>
          </w:p>
        </w:tc>
        <w:tc>
          <w:tcPr>
            <w:tcW w:w="4559" w:type="dxa"/>
          </w:tcPr>
          <w:p w14:paraId="60061E4C" w14:textId="345FFFD4" w:rsidR="00B95D05" w:rsidRDefault="436FBC96" w:rsidP="70C93030">
            <w:pPr>
              <w:rPr>
                <w:color w:val="FF0000"/>
              </w:rPr>
            </w:pPr>
            <w:r w:rsidRPr="70C93030">
              <w:rPr>
                <w:color w:val="FF0000"/>
              </w:rPr>
              <w:t>N</w:t>
            </w:r>
            <w:r w:rsidR="39937966" w:rsidRPr="70C93030">
              <w:rPr>
                <w:color w:val="FF0000"/>
              </w:rPr>
              <w:t>e</w:t>
            </w:r>
            <w:r w:rsidRPr="70C93030">
              <w:rPr>
                <w:color w:val="FF0000"/>
              </w:rPr>
              <w:t xml:space="preserve"> </w:t>
            </w:r>
            <w:r w:rsidR="39937966" w:rsidRPr="70C93030">
              <w:rPr>
                <w:color w:val="FF0000"/>
              </w:rPr>
              <w:t>znaš</w:t>
            </w:r>
            <w:r w:rsidR="17B7E061" w:rsidRPr="70C93030">
              <w:rPr>
                <w:color w:val="FF0000"/>
              </w:rPr>
              <w:t xml:space="preserve"> </w:t>
            </w:r>
            <w:r w:rsidR="39937966" w:rsidRPr="70C93030">
              <w:rPr>
                <w:color w:val="FF0000"/>
              </w:rPr>
              <w:t>tko</w:t>
            </w:r>
            <w:r w:rsidR="63385AD3" w:rsidRPr="70C93030">
              <w:rPr>
                <w:color w:val="FF0000"/>
              </w:rPr>
              <w:t xml:space="preserve"> </w:t>
            </w:r>
            <w:r w:rsidR="39937966" w:rsidRPr="70C93030">
              <w:rPr>
                <w:color w:val="FF0000"/>
              </w:rPr>
              <w:t>sam</w:t>
            </w:r>
            <w:r w:rsidR="721B3272" w:rsidRPr="70C93030">
              <w:rPr>
                <w:color w:val="FF0000"/>
              </w:rPr>
              <w:t xml:space="preserve"> </w:t>
            </w:r>
            <w:r w:rsidR="39937966" w:rsidRPr="70C93030">
              <w:rPr>
                <w:color w:val="FF0000"/>
              </w:rPr>
              <w:t>hahaha123</w:t>
            </w:r>
          </w:p>
        </w:tc>
        <w:tc>
          <w:tcPr>
            <w:tcW w:w="2540" w:type="dxa"/>
          </w:tcPr>
          <w:p w14:paraId="44EAFD9C" w14:textId="13CAA387" w:rsidR="00B95D05" w:rsidRDefault="39937966" w:rsidP="70C93030">
            <w:pPr>
              <w:rPr>
                <w:color w:val="FF0000"/>
              </w:rPr>
            </w:pPr>
            <w:r w:rsidRPr="70C93030">
              <w:rPr>
                <w:color w:val="FF0000"/>
              </w:rPr>
              <w:t>44</w:t>
            </w:r>
          </w:p>
        </w:tc>
      </w:tr>
      <w:tr w:rsidR="00B95D05" w14:paraId="4B94D5A5" w14:textId="77777777" w:rsidTr="64CE7AE0">
        <w:tc>
          <w:tcPr>
            <w:tcW w:w="1541" w:type="dxa"/>
          </w:tcPr>
          <w:p w14:paraId="3DEEC669" w14:textId="5831528F" w:rsidR="00B95D05" w:rsidRDefault="3870D3C6" w:rsidP="70C93030">
            <w:pPr>
              <w:rPr>
                <w:color w:val="FF0000"/>
              </w:rPr>
            </w:pPr>
            <w:r w:rsidRPr="70C93030">
              <w:rPr>
                <w:color w:val="FF0000"/>
              </w:rPr>
              <w:t>3.</w:t>
            </w:r>
          </w:p>
        </w:tc>
        <w:tc>
          <w:tcPr>
            <w:tcW w:w="4559" w:type="dxa"/>
          </w:tcPr>
          <w:p w14:paraId="3656B9AB" w14:textId="6EFF532C" w:rsidR="00B95D05" w:rsidRDefault="3F33D9EE" w:rsidP="70C93030">
            <w:pPr>
              <w:rPr>
                <w:color w:val="FF0000"/>
              </w:rPr>
            </w:pPr>
            <w:r w:rsidRPr="70C93030">
              <w:rPr>
                <w:color w:val="FF0000"/>
              </w:rPr>
              <w:t>hippopotomonstroseskvipedaliofobija6767</w:t>
            </w:r>
          </w:p>
        </w:tc>
        <w:tc>
          <w:tcPr>
            <w:tcW w:w="2540" w:type="dxa"/>
          </w:tcPr>
          <w:p w14:paraId="45FB0818" w14:textId="55A8F334" w:rsidR="00B95D05" w:rsidRDefault="63DEE83D" w:rsidP="70C93030">
            <w:pPr>
              <w:rPr>
                <w:color w:val="FF0000"/>
              </w:rPr>
            </w:pPr>
            <w:r w:rsidRPr="70C93030">
              <w:rPr>
                <w:color w:val="FF0000"/>
              </w:rPr>
              <w:t>44</w:t>
            </w:r>
          </w:p>
        </w:tc>
      </w:tr>
      <w:tr w:rsidR="00B95D05" w14:paraId="049F31CB" w14:textId="77777777" w:rsidTr="64CE7AE0">
        <w:tc>
          <w:tcPr>
            <w:tcW w:w="1541" w:type="dxa"/>
          </w:tcPr>
          <w:p w14:paraId="53128261" w14:textId="5F2CE215" w:rsidR="00B95D05" w:rsidRDefault="3870D3C6" w:rsidP="70C93030">
            <w:pPr>
              <w:rPr>
                <w:color w:val="FF0000"/>
              </w:rPr>
            </w:pPr>
            <w:r w:rsidRPr="70C93030">
              <w:rPr>
                <w:color w:val="FF0000"/>
              </w:rPr>
              <w:t>4.</w:t>
            </w:r>
          </w:p>
        </w:tc>
        <w:tc>
          <w:tcPr>
            <w:tcW w:w="4559" w:type="dxa"/>
          </w:tcPr>
          <w:p w14:paraId="62486C05" w14:textId="1B926A56" w:rsidR="00B95D05" w:rsidRDefault="2566C61E" w:rsidP="70C93030">
            <w:pPr>
              <w:rPr>
                <w:color w:val="FF0000"/>
              </w:rPr>
            </w:pPr>
            <w:r w:rsidRPr="70C93030">
              <w:rPr>
                <w:color w:val="FF0000"/>
              </w:rPr>
              <w:t>BUBI14</w:t>
            </w:r>
          </w:p>
        </w:tc>
        <w:tc>
          <w:tcPr>
            <w:tcW w:w="2540" w:type="dxa"/>
          </w:tcPr>
          <w:p w14:paraId="4101652C" w14:textId="1303EF65" w:rsidR="00B95D05" w:rsidRDefault="2566C61E" w:rsidP="70C93030">
            <w:pPr>
              <w:rPr>
                <w:color w:val="FF0000"/>
              </w:rPr>
            </w:pPr>
            <w:r w:rsidRPr="70C93030">
              <w:rPr>
                <w:color w:val="FF0000"/>
              </w:rPr>
              <w:t>43</w:t>
            </w:r>
          </w:p>
        </w:tc>
      </w:tr>
      <w:tr w:rsidR="00B95D05" w14:paraId="4B99056E" w14:textId="77777777" w:rsidTr="64CE7AE0">
        <w:tc>
          <w:tcPr>
            <w:tcW w:w="1541" w:type="dxa"/>
          </w:tcPr>
          <w:p w14:paraId="1299C43A" w14:textId="15B0F784" w:rsidR="00B95D05" w:rsidRDefault="3870D3C6" w:rsidP="70C93030">
            <w:pPr>
              <w:rPr>
                <w:color w:val="FF0000"/>
              </w:rPr>
            </w:pPr>
            <w:r w:rsidRPr="70C93030">
              <w:rPr>
                <w:color w:val="FF0000"/>
              </w:rPr>
              <w:t>5.</w:t>
            </w:r>
          </w:p>
        </w:tc>
        <w:tc>
          <w:tcPr>
            <w:tcW w:w="4559" w:type="dxa"/>
          </w:tcPr>
          <w:p w14:paraId="4DDBEF00" w14:textId="5996FB87" w:rsidR="00B95D05" w:rsidRDefault="46F1041F" w:rsidP="70C93030">
            <w:pPr>
              <w:rPr>
                <w:color w:val="FF0000"/>
              </w:rPr>
            </w:pPr>
            <w:r w:rsidRPr="70C93030">
              <w:rPr>
                <w:color w:val="FF0000"/>
              </w:rPr>
              <w:t>HAJDUK1950</w:t>
            </w:r>
          </w:p>
        </w:tc>
        <w:tc>
          <w:tcPr>
            <w:tcW w:w="2540" w:type="dxa"/>
          </w:tcPr>
          <w:p w14:paraId="3461D779" w14:textId="4170B53A" w:rsidR="00B95D05" w:rsidRDefault="00EA43A3" w:rsidP="70C93030">
            <w:pPr>
              <w:rPr>
                <w:color w:val="FF0000"/>
              </w:rPr>
            </w:pPr>
            <w:r w:rsidRPr="70C93030">
              <w:rPr>
                <w:color w:val="FF0000"/>
              </w:rPr>
              <w:t>42</w:t>
            </w:r>
          </w:p>
        </w:tc>
      </w:tr>
      <w:tr w:rsidR="00B95D05" w14:paraId="3CF2D8B6" w14:textId="77777777" w:rsidTr="64CE7AE0">
        <w:tc>
          <w:tcPr>
            <w:tcW w:w="1541" w:type="dxa"/>
          </w:tcPr>
          <w:p w14:paraId="0FB78278" w14:textId="0512B558" w:rsidR="00B95D05" w:rsidRDefault="3870D3C6">
            <w:r>
              <w:t>6.</w:t>
            </w:r>
          </w:p>
        </w:tc>
        <w:tc>
          <w:tcPr>
            <w:tcW w:w="4559" w:type="dxa"/>
          </w:tcPr>
          <w:p w14:paraId="1FC39945" w14:textId="5FF50B18" w:rsidR="00B95D05" w:rsidRDefault="3997652F">
            <w:r>
              <w:t>Čiroluustrawberry</w:t>
            </w:r>
          </w:p>
        </w:tc>
        <w:tc>
          <w:tcPr>
            <w:tcW w:w="2540" w:type="dxa"/>
          </w:tcPr>
          <w:p w14:paraId="0562CB0E" w14:textId="48B5D360" w:rsidR="00B95D05" w:rsidRDefault="3997652F">
            <w:r>
              <w:t>41</w:t>
            </w:r>
          </w:p>
        </w:tc>
      </w:tr>
      <w:tr w:rsidR="00B95D05" w14:paraId="34CE0A41" w14:textId="77777777" w:rsidTr="64CE7AE0">
        <w:tc>
          <w:tcPr>
            <w:tcW w:w="1541" w:type="dxa"/>
          </w:tcPr>
          <w:p w14:paraId="62EBF3C5" w14:textId="0A533087" w:rsidR="00B95D05" w:rsidRDefault="3870D3C6">
            <w:r>
              <w:t>7.</w:t>
            </w:r>
          </w:p>
        </w:tc>
        <w:tc>
          <w:tcPr>
            <w:tcW w:w="4559" w:type="dxa"/>
          </w:tcPr>
          <w:p w14:paraId="6D98A12B" w14:textId="314D622A" w:rsidR="00B95D05" w:rsidRDefault="75E9306A">
            <w:r>
              <w:t>Tere3862</w:t>
            </w:r>
          </w:p>
        </w:tc>
        <w:tc>
          <w:tcPr>
            <w:tcW w:w="2540" w:type="dxa"/>
          </w:tcPr>
          <w:p w14:paraId="2946DB82" w14:textId="6907FE8F" w:rsidR="00B95D05" w:rsidRDefault="75E9306A">
            <w:r>
              <w:t>41</w:t>
            </w:r>
          </w:p>
        </w:tc>
      </w:tr>
      <w:tr w:rsidR="00B95D05" w14:paraId="5997CC1D" w14:textId="77777777" w:rsidTr="64CE7AE0">
        <w:tc>
          <w:tcPr>
            <w:tcW w:w="1541" w:type="dxa"/>
          </w:tcPr>
          <w:p w14:paraId="110FFD37" w14:textId="0D6D437D" w:rsidR="00B95D05" w:rsidRDefault="3870D3C6">
            <w:r>
              <w:t>8.</w:t>
            </w:r>
          </w:p>
        </w:tc>
        <w:tc>
          <w:tcPr>
            <w:tcW w:w="4559" w:type="dxa"/>
          </w:tcPr>
          <w:p w14:paraId="6B699379" w14:textId="79459C02" w:rsidR="00B95D05" w:rsidRDefault="47B5B77A" w:rsidP="70C93030">
            <w:r>
              <w:t>123456</w:t>
            </w:r>
          </w:p>
        </w:tc>
        <w:tc>
          <w:tcPr>
            <w:tcW w:w="2540" w:type="dxa"/>
          </w:tcPr>
          <w:p w14:paraId="3FE9F23F" w14:textId="65F380AB" w:rsidR="00B95D05" w:rsidRDefault="47B5B77A">
            <w:r>
              <w:t>40</w:t>
            </w:r>
          </w:p>
        </w:tc>
      </w:tr>
      <w:tr w:rsidR="00B95D05" w14:paraId="1F72F646" w14:textId="77777777" w:rsidTr="64CE7AE0">
        <w:tc>
          <w:tcPr>
            <w:tcW w:w="1541" w:type="dxa"/>
          </w:tcPr>
          <w:p w14:paraId="08CE6F91" w14:textId="10FF6E15" w:rsidR="00B95D05" w:rsidRDefault="3870D3C6">
            <w:r>
              <w:t>9.</w:t>
            </w:r>
          </w:p>
        </w:tc>
        <w:tc>
          <w:tcPr>
            <w:tcW w:w="4559" w:type="dxa"/>
          </w:tcPr>
          <w:p w14:paraId="61CDCEAD" w14:textId="67A8993A" w:rsidR="00B95D05" w:rsidRDefault="60557DE2">
            <w:r>
              <w:t>Zoepašteta671950</w:t>
            </w:r>
          </w:p>
        </w:tc>
        <w:tc>
          <w:tcPr>
            <w:tcW w:w="2540" w:type="dxa"/>
          </w:tcPr>
          <w:p w14:paraId="6BB9E253" w14:textId="6524810F" w:rsidR="00B95D05" w:rsidRDefault="60557DE2">
            <w:r>
              <w:t>40</w:t>
            </w:r>
          </w:p>
        </w:tc>
      </w:tr>
      <w:tr w:rsidR="00B95D05" w14:paraId="23DE523C" w14:textId="77777777" w:rsidTr="64CE7AE0">
        <w:tc>
          <w:tcPr>
            <w:tcW w:w="1541" w:type="dxa"/>
          </w:tcPr>
          <w:p w14:paraId="52E56223" w14:textId="1FB51EC9" w:rsidR="00B95D05" w:rsidRDefault="3870D3C6">
            <w:r>
              <w:t>10.</w:t>
            </w:r>
          </w:p>
        </w:tc>
        <w:tc>
          <w:tcPr>
            <w:tcW w:w="4559" w:type="dxa"/>
          </w:tcPr>
          <w:p w14:paraId="07547A01" w14:textId="3AFFC9EC" w:rsidR="00B95D05" w:rsidRDefault="3BE6FA71">
            <w:r>
              <w:t>Karta13</w:t>
            </w:r>
          </w:p>
        </w:tc>
        <w:tc>
          <w:tcPr>
            <w:tcW w:w="2540" w:type="dxa"/>
          </w:tcPr>
          <w:p w14:paraId="5043CB0F" w14:textId="24223C61" w:rsidR="00B95D05" w:rsidRDefault="3BE6FA71">
            <w:r>
              <w:t>40</w:t>
            </w:r>
          </w:p>
        </w:tc>
      </w:tr>
      <w:tr w:rsidR="00B95D05" w14:paraId="07459315" w14:textId="77777777" w:rsidTr="64CE7AE0">
        <w:tc>
          <w:tcPr>
            <w:tcW w:w="1541" w:type="dxa"/>
          </w:tcPr>
          <w:p w14:paraId="6537F28F" w14:textId="51107CF2" w:rsidR="00B95D05" w:rsidRDefault="3870D3C6">
            <w:r>
              <w:t>11.</w:t>
            </w:r>
          </w:p>
        </w:tc>
        <w:tc>
          <w:tcPr>
            <w:tcW w:w="4559" w:type="dxa"/>
          </w:tcPr>
          <w:p w14:paraId="6DFB9E20" w14:textId="5EEAF247" w:rsidR="00B95D05" w:rsidRDefault="29864E36">
            <w:r>
              <w:t>Patricija109</w:t>
            </w:r>
          </w:p>
        </w:tc>
        <w:tc>
          <w:tcPr>
            <w:tcW w:w="2540" w:type="dxa"/>
          </w:tcPr>
          <w:p w14:paraId="70DF9E56" w14:textId="1A53E29B" w:rsidR="00B95D05" w:rsidRDefault="29864E36">
            <w:r>
              <w:t>40</w:t>
            </w:r>
          </w:p>
        </w:tc>
      </w:tr>
      <w:tr w:rsidR="00B95D05" w14:paraId="44E871BC" w14:textId="77777777" w:rsidTr="64CE7AE0">
        <w:tc>
          <w:tcPr>
            <w:tcW w:w="1541" w:type="dxa"/>
          </w:tcPr>
          <w:p w14:paraId="144A5D23" w14:textId="084A1EA8" w:rsidR="00B95D05" w:rsidRDefault="3870D3C6">
            <w:r>
              <w:t>12.</w:t>
            </w:r>
          </w:p>
        </w:tc>
        <w:tc>
          <w:tcPr>
            <w:tcW w:w="4559" w:type="dxa"/>
          </w:tcPr>
          <w:p w14:paraId="738610EB" w14:textId="08B1C240" w:rsidR="00B95D05" w:rsidRDefault="06D2DDD3">
            <w:r>
              <w:t>ZVJEZDA32</w:t>
            </w:r>
          </w:p>
        </w:tc>
        <w:tc>
          <w:tcPr>
            <w:tcW w:w="2540" w:type="dxa"/>
          </w:tcPr>
          <w:p w14:paraId="637805D2" w14:textId="7E34FC7E" w:rsidR="00B95D05" w:rsidRDefault="06D2DDD3">
            <w:r>
              <w:t>40</w:t>
            </w:r>
          </w:p>
        </w:tc>
      </w:tr>
      <w:tr w:rsidR="00B95D05" w14:paraId="463F29E8" w14:textId="77777777" w:rsidTr="64CE7AE0">
        <w:tc>
          <w:tcPr>
            <w:tcW w:w="1541" w:type="dxa"/>
          </w:tcPr>
          <w:p w14:paraId="3B7B4B86" w14:textId="27C40EA8" w:rsidR="00B95D05" w:rsidRDefault="3870D3C6">
            <w:r>
              <w:t>13.</w:t>
            </w:r>
          </w:p>
        </w:tc>
        <w:tc>
          <w:tcPr>
            <w:tcW w:w="4559" w:type="dxa"/>
          </w:tcPr>
          <w:p w14:paraId="3A0FF5F2" w14:textId="3F41E2F3" w:rsidR="00B95D05" w:rsidRDefault="716C6ECB">
            <w:r>
              <w:t>Semi081</w:t>
            </w:r>
          </w:p>
        </w:tc>
        <w:tc>
          <w:tcPr>
            <w:tcW w:w="2540" w:type="dxa"/>
          </w:tcPr>
          <w:p w14:paraId="5630AD66" w14:textId="6DF466D6" w:rsidR="00B95D05" w:rsidRDefault="716C6ECB">
            <w:r>
              <w:t>40</w:t>
            </w:r>
          </w:p>
        </w:tc>
      </w:tr>
      <w:tr w:rsidR="00B95D05" w14:paraId="61829076" w14:textId="77777777" w:rsidTr="64CE7AE0">
        <w:tc>
          <w:tcPr>
            <w:tcW w:w="1541" w:type="dxa"/>
          </w:tcPr>
          <w:p w14:paraId="2BA226A1" w14:textId="41A4B973" w:rsidR="00B95D05" w:rsidRDefault="3870D3C6">
            <w:r>
              <w:t>14.</w:t>
            </w:r>
          </w:p>
        </w:tc>
        <w:tc>
          <w:tcPr>
            <w:tcW w:w="4559" w:type="dxa"/>
          </w:tcPr>
          <w:p w14:paraId="17AD93B2" w14:textId="4A62FF64" w:rsidR="00B95D05" w:rsidRDefault="2E44B6E2">
            <w:r>
              <w:t>Malina2014</w:t>
            </w:r>
          </w:p>
        </w:tc>
        <w:tc>
          <w:tcPr>
            <w:tcW w:w="2540" w:type="dxa"/>
          </w:tcPr>
          <w:p w14:paraId="0DE4B5B7" w14:textId="629B007E" w:rsidR="00B95D05" w:rsidRDefault="2E44B6E2">
            <w:r>
              <w:t>39</w:t>
            </w:r>
          </w:p>
        </w:tc>
      </w:tr>
      <w:tr w:rsidR="00B95D05" w14:paraId="66204FF1" w14:textId="77777777" w:rsidTr="64CE7AE0">
        <w:tc>
          <w:tcPr>
            <w:tcW w:w="1541" w:type="dxa"/>
          </w:tcPr>
          <w:p w14:paraId="2DBF0D7D" w14:textId="43DE0C65" w:rsidR="00B95D05" w:rsidRDefault="3870D3C6">
            <w:r>
              <w:t>15.</w:t>
            </w:r>
          </w:p>
        </w:tc>
        <w:tc>
          <w:tcPr>
            <w:tcW w:w="4559" w:type="dxa"/>
          </w:tcPr>
          <w:p w14:paraId="6B62F1B3" w14:textId="71CF5772" w:rsidR="00B95D05" w:rsidRDefault="5CCEC962">
            <w:r>
              <w:t>MIŠ3345Z</w:t>
            </w:r>
          </w:p>
        </w:tc>
        <w:tc>
          <w:tcPr>
            <w:tcW w:w="2540" w:type="dxa"/>
          </w:tcPr>
          <w:p w14:paraId="02F2C34E" w14:textId="3D7F0CB3" w:rsidR="00B95D05" w:rsidRDefault="5CCEC962">
            <w:r>
              <w:t>39</w:t>
            </w:r>
          </w:p>
        </w:tc>
      </w:tr>
      <w:tr w:rsidR="00B95D05" w14:paraId="680A4E5D" w14:textId="77777777" w:rsidTr="64CE7AE0">
        <w:tc>
          <w:tcPr>
            <w:tcW w:w="1541" w:type="dxa"/>
          </w:tcPr>
          <w:p w14:paraId="19219836" w14:textId="16AFF1D8" w:rsidR="00B95D05" w:rsidRDefault="3870D3C6">
            <w:r>
              <w:t>16.</w:t>
            </w:r>
          </w:p>
        </w:tc>
        <w:tc>
          <w:tcPr>
            <w:tcW w:w="4559" w:type="dxa"/>
          </w:tcPr>
          <w:p w14:paraId="296FEF7D" w14:textId="4F7BD665" w:rsidR="00B95D05" w:rsidRDefault="6474F2C6">
            <w:r>
              <w:t>NARANČA2013</w:t>
            </w:r>
          </w:p>
        </w:tc>
        <w:tc>
          <w:tcPr>
            <w:tcW w:w="2540" w:type="dxa"/>
          </w:tcPr>
          <w:p w14:paraId="7194DBDC" w14:textId="4BAE3B4D" w:rsidR="00B95D05" w:rsidRDefault="6474F2C6">
            <w:r>
              <w:t>39</w:t>
            </w:r>
          </w:p>
        </w:tc>
      </w:tr>
      <w:tr w:rsidR="00B95D05" w14:paraId="769D0D3C" w14:textId="77777777" w:rsidTr="64CE7AE0">
        <w:tc>
          <w:tcPr>
            <w:tcW w:w="1541" w:type="dxa"/>
          </w:tcPr>
          <w:p w14:paraId="54CD245A" w14:textId="58221973" w:rsidR="00B95D05" w:rsidRDefault="3870D3C6">
            <w:r>
              <w:t>17.</w:t>
            </w:r>
          </w:p>
        </w:tc>
        <w:tc>
          <w:tcPr>
            <w:tcW w:w="4559" w:type="dxa"/>
          </w:tcPr>
          <w:p w14:paraId="1231BE67" w14:textId="65BF533B" w:rsidR="00B95D05" w:rsidRDefault="05FF88E0">
            <w:r>
              <w:t>galeb365</w:t>
            </w:r>
          </w:p>
        </w:tc>
        <w:tc>
          <w:tcPr>
            <w:tcW w:w="2540" w:type="dxa"/>
          </w:tcPr>
          <w:p w14:paraId="36FEB5B0" w14:textId="65CDCF5B" w:rsidR="00B95D05" w:rsidRDefault="05FF88E0">
            <w:r>
              <w:t>38</w:t>
            </w:r>
          </w:p>
        </w:tc>
      </w:tr>
      <w:tr w:rsidR="00B95D05" w14:paraId="30D7AA69" w14:textId="77777777" w:rsidTr="64CE7AE0">
        <w:tc>
          <w:tcPr>
            <w:tcW w:w="1541" w:type="dxa"/>
          </w:tcPr>
          <w:p w14:paraId="7196D064" w14:textId="6A415AF3" w:rsidR="00B95D05" w:rsidRDefault="3870D3C6">
            <w:r>
              <w:t>18.</w:t>
            </w:r>
          </w:p>
        </w:tc>
        <w:tc>
          <w:tcPr>
            <w:tcW w:w="4559" w:type="dxa"/>
          </w:tcPr>
          <w:p w14:paraId="34FF1C98" w14:textId="730A7A4D" w:rsidR="00B95D05" w:rsidRDefault="25161C30">
            <w:r>
              <w:t>SLON6767</w:t>
            </w:r>
          </w:p>
        </w:tc>
        <w:tc>
          <w:tcPr>
            <w:tcW w:w="2540" w:type="dxa"/>
          </w:tcPr>
          <w:p w14:paraId="6D072C0D" w14:textId="0B11749B" w:rsidR="00B95D05" w:rsidRDefault="25161C30">
            <w:r>
              <w:t>38</w:t>
            </w:r>
          </w:p>
        </w:tc>
      </w:tr>
      <w:tr w:rsidR="00B95D05" w14:paraId="48A21919" w14:textId="77777777" w:rsidTr="64CE7AE0">
        <w:tc>
          <w:tcPr>
            <w:tcW w:w="1541" w:type="dxa"/>
          </w:tcPr>
          <w:p w14:paraId="6BD18F9B" w14:textId="46D72248" w:rsidR="00B95D05" w:rsidRDefault="3870D3C6">
            <w:r>
              <w:t>19.</w:t>
            </w:r>
          </w:p>
        </w:tc>
        <w:tc>
          <w:tcPr>
            <w:tcW w:w="4559" w:type="dxa"/>
          </w:tcPr>
          <w:p w14:paraId="238601FE" w14:textId="4444C4CF" w:rsidR="00B95D05" w:rsidRDefault="6E123C36">
            <w:r>
              <w:t>L12345</w:t>
            </w:r>
          </w:p>
        </w:tc>
        <w:tc>
          <w:tcPr>
            <w:tcW w:w="2540" w:type="dxa"/>
          </w:tcPr>
          <w:p w14:paraId="0F3CABC7" w14:textId="51368050" w:rsidR="00B95D05" w:rsidRDefault="6E123C36">
            <w:r>
              <w:t>37</w:t>
            </w:r>
          </w:p>
        </w:tc>
      </w:tr>
      <w:tr w:rsidR="00B95D05" w14:paraId="5B08B5D1" w14:textId="77777777" w:rsidTr="64CE7AE0">
        <w:tc>
          <w:tcPr>
            <w:tcW w:w="1541" w:type="dxa"/>
          </w:tcPr>
          <w:p w14:paraId="16DEB4AB" w14:textId="681EE714" w:rsidR="00B95D05" w:rsidRDefault="3870D3C6">
            <w:r>
              <w:t>20.</w:t>
            </w:r>
          </w:p>
        </w:tc>
        <w:tc>
          <w:tcPr>
            <w:tcW w:w="4559" w:type="dxa"/>
          </w:tcPr>
          <w:p w14:paraId="0AD9C6F4" w14:textId="7291B138" w:rsidR="00B95D05" w:rsidRDefault="76E8576B">
            <w:r>
              <w:t>161ot</w:t>
            </w:r>
          </w:p>
        </w:tc>
        <w:tc>
          <w:tcPr>
            <w:tcW w:w="2540" w:type="dxa"/>
          </w:tcPr>
          <w:p w14:paraId="4B1F511A" w14:textId="40491C45" w:rsidR="00B95D05" w:rsidRDefault="76E8576B">
            <w:r>
              <w:t>37</w:t>
            </w:r>
          </w:p>
        </w:tc>
      </w:tr>
      <w:tr w:rsidR="00B95D05" w14:paraId="65F9C3DC" w14:textId="77777777" w:rsidTr="64CE7AE0">
        <w:tc>
          <w:tcPr>
            <w:tcW w:w="1541" w:type="dxa"/>
          </w:tcPr>
          <w:p w14:paraId="5023141B" w14:textId="1BE2637D" w:rsidR="00B95D05" w:rsidRDefault="3870D3C6">
            <w:r>
              <w:t>21</w:t>
            </w:r>
          </w:p>
        </w:tc>
        <w:tc>
          <w:tcPr>
            <w:tcW w:w="4559" w:type="dxa"/>
          </w:tcPr>
          <w:p w14:paraId="1F3B1409" w14:textId="17209F20" w:rsidR="00B95D05" w:rsidRDefault="385A412A">
            <w:r>
              <w:t>učionica100</w:t>
            </w:r>
          </w:p>
        </w:tc>
        <w:tc>
          <w:tcPr>
            <w:tcW w:w="2540" w:type="dxa"/>
          </w:tcPr>
          <w:p w14:paraId="562C75D1" w14:textId="347CE7A8" w:rsidR="00B95D05" w:rsidRDefault="385A412A">
            <w:r>
              <w:t>37</w:t>
            </w:r>
          </w:p>
        </w:tc>
      </w:tr>
      <w:tr w:rsidR="00B95D05" w14:paraId="664355AD" w14:textId="77777777" w:rsidTr="64CE7AE0">
        <w:tc>
          <w:tcPr>
            <w:tcW w:w="1541" w:type="dxa"/>
          </w:tcPr>
          <w:p w14:paraId="1A965116" w14:textId="2DBD868C" w:rsidR="00B95D05" w:rsidRDefault="3870D3C6">
            <w:r>
              <w:t>22.</w:t>
            </w:r>
          </w:p>
        </w:tc>
        <w:tc>
          <w:tcPr>
            <w:tcW w:w="4559" w:type="dxa"/>
          </w:tcPr>
          <w:p w14:paraId="7DF4E37C" w14:textId="12931C4F" w:rsidR="00B95D05" w:rsidRDefault="37247226">
            <w:r>
              <w:t>Nikolina57</w:t>
            </w:r>
          </w:p>
        </w:tc>
        <w:tc>
          <w:tcPr>
            <w:tcW w:w="2540" w:type="dxa"/>
          </w:tcPr>
          <w:p w14:paraId="44FB30F8" w14:textId="6BE7438B" w:rsidR="00B95D05" w:rsidRDefault="37247226">
            <w:r>
              <w:t>37</w:t>
            </w:r>
          </w:p>
        </w:tc>
      </w:tr>
      <w:tr w:rsidR="00B95D05" w14:paraId="1DA6542E" w14:textId="77777777" w:rsidTr="64CE7AE0">
        <w:tc>
          <w:tcPr>
            <w:tcW w:w="1541" w:type="dxa"/>
          </w:tcPr>
          <w:p w14:paraId="3041E394" w14:textId="273592CB" w:rsidR="00B95D05" w:rsidRDefault="3870D3C6">
            <w:r>
              <w:t>23.</w:t>
            </w:r>
          </w:p>
        </w:tc>
        <w:tc>
          <w:tcPr>
            <w:tcW w:w="4559" w:type="dxa"/>
          </w:tcPr>
          <w:p w14:paraId="722B00AE" w14:textId="557FC500" w:rsidR="00B95D05" w:rsidRDefault="098C9FBB">
            <w:r>
              <w:t>TOMISLAVA1004</w:t>
            </w:r>
          </w:p>
        </w:tc>
        <w:tc>
          <w:tcPr>
            <w:tcW w:w="2540" w:type="dxa"/>
          </w:tcPr>
          <w:p w14:paraId="42C6D796" w14:textId="1225D0D9" w:rsidR="00B95D05" w:rsidRDefault="098C9FBB">
            <w:r>
              <w:t>36</w:t>
            </w:r>
          </w:p>
        </w:tc>
      </w:tr>
      <w:tr w:rsidR="00B95D05" w14:paraId="6E1831B3" w14:textId="77777777" w:rsidTr="64CE7AE0">
        <w:tc>
          <w:tcPr>
            <w:tcW w:w="1541" w:type="dxa"/>
          </w:tcPr>
          <w:p w14:paraId="54E11D2A" w14:textId="121A69BD" w:rsidR="00B95D05" w:rsidRDefault="3870D3C6">
            <w:r>
              <w:t>24.</w:t>
            </w:r>
          </w:p>
        </w:tc>
        <w:tc>
          <w:tcPr>
            <w:tcW w:w="4559" w:type="dxa"/>
          </w:tcPr>
          <w:p w14:paraId="31126E5D" w14:textId="3DC3EC7B" w:rsidR="00B95D05" w:rsidRDefault="59E255B1">
            <w:r>
              <w:t>ČOKOLINO8</w:t>
            </w:r>
          </w:p>
        </w:tc>
        <w:tc>
          <w:tcPr>
            <w:tcW w:w="2540" w:type="dxa"/>
          </w:tcPr>
          <w:p w14:paraId="2DE403A5" w14:textId="70210D1B" w:rsidR="00B95D05" w:rsidRDefault="59E255B1">
            <w:r>
              <w:t>36</w:t>
            </w:r>
          </w:p>
        </w:tc>
      </w:tr>
      <w:tr w:rsidR="00B95D05" w14:paraId="62431CDC" w14:textId="77777777" w:rsidTr="64CE7AE0">
        <w:tc>
          <w:tcPr>
            <w:tcW w:w="1541" w:type="dxa"/>
          </w:tcPr>
          <w:p w14:paraId="49E398E2" w14:textId="3BF027EC" w:rsidR="00B95D05" w:rsidRDefault="3870D3C6">
            <w:r>
              <w:t>25.</w:t>
            </w:r>
          </w:p>
        </w:tc>
        <w:tc>
          <w:tcPr>
            <w:tcW w:w="4559" w:type="dxa"/>
          </w:tcPr>
          <w:p w14:paraId="16287F21" w14:textId="0447B62A" w:rsidR="00B95D05" w:rsidRDefault="0B6C5842">
            <w:r>
              <w:t>GRČKA12</w:t>
            </w:r>
          </w:p>
        </w:tc>
        <w:tc>
          <w:tcPr>
            <w:tcW w:w="2540" w:type="dxa"/>
          </w:tcPr>
          <w:p w14:paraId="5BE93A62" w14:textId="5A84F220" w:rsidR="00B95D05" w:rsidRDefault="0B6C5842">
            <w:r>
              <w:t>35</w:t>
            </w:r>
          </w:p>
        </w:tc>
      </w:tr>
      <w:tr w:rsidR="00B95D05" w14:paraId="384BA73E" w14:textId="77777777" w:rsidTr="64CE7AE0">
        <w:tc>
          <w:tcPr>
            <w:tcW w:w="1541" w:type="dxa"/>
          </w:tcPr>
          <w:p w14:paraId="34B3F2EB" w14:textId="00AAD334" w:rsidR="00B95D05" w:rsidRDefault="3870D3C6">
            <w:r>
              <w:lastRenderedPageBreak/>
              <w:t>26.</w:t>
            </w:r>
          </w:p>
        </w:tc>
        <w:tc>
          <w:tcPr>
            <w:tcW w:w="4559" w:type="dxa"/>
          </w:tcPr>
          <w:p w14:paraId="7D34F5C7" w14:textId="42942E7A" w:rsidR="00B95D05" w:rsidRDefault="262BCCC6">
            <w:r>
              <w:t>fbiagent12</w:t>
            </w:r>
          </w:p>
        </w:tc>
        <w:tc>
          <w:tcPr>
            <w:tcW w:w="2540" w:type="dxa"/>
          </w:tcPr>
          <w:p w14:paraId="0B4020A7" w14:textId="77CB4898" w:rsidR="00B95D05" w:rsidRDefault="262BCCC6">
            <w:r>
              <w:t>35</w:t>
            </w:r>
          </w:p>
        </w:tc>
      </w:tr>
      <w:tr w:rsidR="00B95D05" w14:paraId="1D7B270A" w14:textId="77777777" w:rsidTr="64CE7AE0">
        <w:tc>
          <w:tcPr>
            <w:tcW w:w="1541" w:type="dxa"/>
          </w:tcPr>
          <w:p w14:paraId="4F904CB7" w14:textId="6A28742C" w:rsidR="00B95D05" w:rsidRDefault="3870D3C6">
            <w:r>
              <w:t>27.</w:t>
            </w:r>
          </w:p>
        </w:tc>
        <w:tc>
          <w:tcPr>
            <w:tcW w:w="4559" w:type="dxa"/>
          </w:tcPr>
          <w:p w14:paraId="06971CD3" w14:textId="25DFFB54" w:rsidR="00B95D05" w:rsidRDefault="26DCB00C">
            <w:r>
              <w:t>Mačka1984</w:t>
            </w:r>
          </w:p>
        </w:tc>
        <w:tc>
          <w:tcPr>
            <w:tcW w:w="2540" w:type="dxa"/>
          </w:tcPr>
          <w:p w14:paraId="2A1F701D" w14:textId="47E88014" w:rsidR="00B95D05" w:rsidRDefault="26DCB00C">
            <w:r>
              <w:t>34</w:t>
            </w:r>
          </w:p>
        </w:tc>
      </w:tr>
      <w:tr w:rsidR="00B95D05" w14:paraId="03EFCA41" w14:textId="77777777" w:rsidTr="64CE7AE0">
        <w:tc>
          <w:tcPr>
            <w:tcW w:w="1541" w:type="dxa"/>
          </w:tcPr>
          <w:p w14:paraId="5F96A722" w14:textId="565EDC44" w:rsidR="00B95D05" w:rsidRDefault="3870D3C6">
            <w:r>
              <w:t>28.</w:t>
            </w:r>
          </w:p>
        </w:tc>
        <w:tc>
          <w:tcPr>
            <w:tcW w:w="4559" w:type="dxa"/>
          </w:tcPr>
          <w:p w14:paraId="5B95CD12" w14:textId="52A7D10B" w:rsidR="00B95D05" w:rsidRDefault="45BACEC6">
            <w:r>
              <w:t>435BJ</w:t>
            </w:r>
          </w:p>
        </w:tc>
        <w:tc>
          <w:tcPr>
            <w:tcW w:w="2540" w:type="dxa"/>
          </w:tcPr>
          <w:p w14:paraId="5220BBB2" w14:textId="296E7829" w:rsidR="00B95D05" w:rsidRDefault="45BACEC6">
            <w:r>
              <w:t>34</w:t>
            </w:r>
          </w:p>
        </w:tc>
      </w:tr>
      <w:tr w:rsidR="00B95D05" w14:paraId="13CB595B" w14:textId="77777777" w:rsidTr="64CE7AE0">
        <w:tc>
          <w:tcPr>
            <w:tcW w:w="1541" w:type="dxa"/>
          </w:tcPr>
          <w:p w14:paraId="6D9C8D39" w14:textId="155E6BC2" w:rsidR="00B95D05" w:rsidRDefault="3870D3C6">
            <w:r>
              <w:t>29.</w:t>
            </w:r>
          </w:p>
        </w:tc>
        <w:tc>
          <w:tcPr>
            <w:tcW w:w="4559" w:type="dxa"/>
          </w:tcPr>
          <w:p w14:paraId="675E05EE" w14:textId="18E19FCA" w:rsidR="00B95D05" w:rsidRDefault="4D546280">
            <w:r>
              <w:t>JABUKA2</w:t>
            </w:r>
          </w:p>
        </w:tc>
        <w:tc>
          <w:tcPr>
            <w:tcW w:w="2540" w:type="dxa"/>
          </w:tcPr>
          <w:p w14:paraId="2FC17F8B" w14:textId="05BC8704" w:rsidR="00B95D05" w:rsidRDefault="4485BCD7">
            <w:r>
              <w:t>3</w:t>
            </w:r>
            <w:r w:rsidR="0C1023A9">
              <w:t>4</w:t>
            </w:r>
          </w:p>
        </w:tc>
      </w:tr>
      <w:tr w:rsidR="00B95D05" w14:paraId="0A4F7224" w14:textId="77777777" w:rsidTr="64CE7AE0">
        <w:tc>
          <w:tcPr>
            <w:tcW w:w="1541" w:type="dxa"/>
          </w:tcPr>
          <w:p w14:paraId="5AE48A43" w14:textId="6117BAC4" w:rsidR="00B95D05" w:rsidRDefault="3870D3C6">
            <w:r>
              <w:t>30.</w:t>
            </w:r>
          </w:p>
        </w:tc>
        <w:tc>
          <w:tcPr>
            <w:tcW w:w="4559" w:type="dxa"/>
          </w:tcPr>
          <w:p w14:paraId="50F40DEB" w14:textId="2149B811" w:rsidR="00B95D05" w:rsidRDefault="1A1033DB" w:rsidP="70C93030">
            <w:r>
              <w:t>Karloarkada67</w:t>
            </w:r>
          </w:p>
        </w:tc>
        <w:tc>
          <w:tcPr>
            <w:tcW w:w="2540" w:type="dxa"/>
          </w:tcPr>
          <w:p w14:paraId="77A52294" w14:textId="01CE3A5C" w:rsidR="00B95D05" w:rsidRDefault="707A9332">
            <w:r>
              <w:t>3</w:t>
            </w:r>
            <w:r w:rsidR="78894722">
              <w:t>4</w:t>
            </w:r>
          </w:p>
        </w:tc>
      </w:tr>
      <w:tr w:rsidR="00B95D05" w14:paraId="007DCDA8" w14:textId="77777777" w:rsidTr="64CE7AE0">
        <w:tc>
          <w:tcPr>
            <w:tcW w:w="1541" w:type="dxa"/>
          </w:tcPr>
          <w:p w14:paraId="450EA2D7" w14:textId="72AB66FE" w:rsidR="00B95D05" w:rsidRDefault="3870D3C6">
            <w:r>
              <w:t>31.</w:t>
            </w:r>
          </w:p>
        </w:tc>
        <w:tc>
          <w:tcPr>
            <w:tcW w:w="4559" w:type="dxa"/>
          </w:tcPr>
          <w:p w14:paraId="3DD355C9" w14:textId="3DEBC141" w:rsidR="00B95D05" w:rsidRDefault="115C4B41" w:rsidP="70C93030">
            <w:r>
              <w:t>NIKO342013</w:t>
            </w:r>
          </w:p>
        </w:tc>
        <w:tc>
          <w:tcPr>
            <w:tcW w:w="2540" w:type="dxa"/>
          </w:tcPr>
          <w:p w14:paraId="1A81F0B1" w14:textId="2BF2F9E8" w:rsidR="00B95D05" w:rsidRDefault="360060C1">
            <w:r>
              <w:t>3</w:t>
            </w:r>
            <w:r w:rsidR="34133759">
              <w:t>3</w:t>
            </w:r>
          </w:p>
        </w:tc>
      </w:tr>
      <w:tr w:rsidR="00B95D05" w14:paraId="717AAFBA" w14:textId="77777777" w:rsidTr="64CE7AE0">
        <w:tc>
          <w:tcPr>
            <w:tcW w:w="1541" w:type="dxa"/>
          </w:tcPr>
          <w:p w14:paraId="56EE48EE" w14:textId="53478504" w:rsidR="00B95D05" w:rsidRDefault="3870D3C6">
            <w:r>
              <w:t>32.</w:t>
            </w:r>
          </w:p>
        </w:tc>
        <w:tc>
          <w:tcPr>
            <w:tcW w:w="4559" w:type="dxa"/>
          </w:tcPr>
          <w:p w14:paraId="2908EB2C" w14:textId="13AC23FF" w:rsidR="00B95D05" w:rsidRDefault="54FB4AE0" w:rsidP="70C93030">
            <w:r>
              <w:t>0810A</w:t>
            </w:r>
          </w:p>
        </w:tc>
        <w:tc>
          <w:tcPr>
            <w:tcW w:w="2540" w:type="dxa"/>
          </w:tcPr>
          <w:p w14:paraId="121FD38A" w14:textId="3E0A23D5" w:rsidR="00B95D05" w:rsidRDefault="54FB4AE0">
            <w:r>
              <w:t>33</w:t>
            </w:r>
          </w:p>
        </w:tc>
      </w:tr>
      <w:tr w:rsidR="00B95D05" w14:paraId="1FE2DD96" w14:textId="77777777" w:rsidTr="64CE7AE0">
        <w:tc>
          <w:tcPr>
            <w:tcW w:w="1541" w:type="dxa"/>
          </w:tcPr>
          <w:p w14:paraId="27357532" w14:textId="5B927BBF" w:rsidR="00B95D05" w:rsidRDefault="3870D3C6">
            <w:r>
              <w:t>33.</w:t>
            </w:r>
          </w:p>
        </w:tc>
        <w:tc>
          <w:tcPr>
            <w:tcW w:w="4559" w:type="dxa"/>
          </w:tcPr>
          <w:p w14:paraId="07F023C8" w14:textId="4ADBA65F" w:rsidR="00B95D05" w:rsidRDefault="14C64C53">
            <w:r>
              <w:t>GaGa8866</w:t>
            </w:r>
          </w:p>
        </w:tc>
        <w:tc>
          <w:tcPr>
            <w:tcW w:w="2540" w:type="dxa"/>
          </w:tcPr>
          <w:p w14:paraId="4BDB5498" w14:textId="3543E4C5" w:rsidR="00B95D05" w:rsidRDefault="14C64C53">
            <w:r>
              <w:t>32</w:t>
            </w:r>
          </w:p>
        </w:tc>
      </w:tr>
      <w:tr w:rsidR="00B95D05" w14:paraId="2916C19D" w14:textId="77777777" w:rsidTr="64CE7AE0">
        <w:tc>
          <w:tcPr>
            <w:tcW w:w="1541" w:type="dxa"/>
          </w:tcPr>
          <w:p w14:paraId="74869460" w14:textId="1A1FBF76" w:rsidR="00B95D05" w:rsidRDefault="3870D3C6">
            <w:r>
              <w:t>34.</w:t>
            </w:r>
          </w:p>
        </w:tc>
        <w:tc>
          <w:tcPr>
            <w:tcW w:w="4559" w:type="dxa"/>
          </w:tcPr>
          <w:p w14:paraId="187F57B8" w14:textId="2CB1F713" w:rsidR="00B95D05" w:rsidRDefault="18AD7BB2">
            <w:r>
              <w:t>Pizzerija12</w:t>
            </w:r>
          </w:p>
        </w:tc>
        <w:tc>
          <w:tcPr>
            <w:tcW w:w="2540" w:type="dxa"/>
          </w:tcPr>
          <w:p w14:paraId="54738AF4" w14:textId="22F363F2" w:rsidR="00B95D05" w:rsidRDefault="18AD7BB2">
            <w:r>
              <w:t>32</w:t>
            </w:r>
          </w:p>
        </w:tc>
      </w:tr>
      <w:tr w:rsidR="00B95D05" w14:paraId="46ABBD8F" w14:textId="77777777" w:rsidTr="64CE7AE0">
        <w:tc>
          <w:tcPr>
            <w:tcW w:w="1541" w:type="dxa"/>
          </w:tcPr>
          <w:p w14:paraId="06BBA33E" w14:textId="737BE404" w:rsidR="00B95D05" w:rsidRDefault="3870D3C6">
            <w:r>
              <w:t>35.</w:t>
            </w:r>
          </w:p>
        </w:tc>
        <w:tc>
          <w:tcPr>
            <w:tcW w:w="4559" w:type="dxa"/>
          </w:tcPr>
          <w:p w14:paraId="464FCBC1" w14:textId="37C877E7" w:rsidR="00B95D05" w:rsidRDefault="4DB365F0">
            <w:r>
              <w:t>JAN14,4</w:t>
            </w:r>
          </w:p>
        </w:tc>
        <w:tc>
          <w:tcPr>
            <w:tcW w:w="2540" w:type="dxa"/>
          </w:tcPr>
          <w:p w14:paraId="5C8C6B09" w14:textId="455F3DB0" w:rsidR="00B95D05" w:rsidRDefault="4DB365F0">
            <w:r>
              <w:t>31</w:t>
            </w:r>
          </w:p>
        </w:tc>
      </w:tr>
      <w:tr w:rsidR="00B95D05" w14:paraId="3382A365" w14:textId="77777777" w:rsidTr="64CE7AE0">
        <w:tc>
          <w:tcPr>
            <w:tcW w:w="1541" w:type="dxa"/>
          </w:tcPr>
          <w:p w14:paraId="5C71F136" w14:textId="0E62B99E" w:rsidR="00B95D05" w:rsidRDefault="3870D3C6">
            <w:r>
              <w:t>36.</w:t>
            </w:r>
          </w:p>
        </w:tc>
        <w:tc>
          <w:tcPr>
            <w:tcW w:w="4559" w:type="dxa"/>
          </w:tcPr>
          <w:p w14:paraId="62199465" w14:textId="6AE89BC4" w:rsidR="00B95D05" w:rsidRDefault="53C3B0B0">
            <w:r>
              <w:t>LIST111</w:t>
            </w:r>
          </w:p>
        </w:tc>
        <w:tc>
          <w:tcPr>
            <w:tcW w:w="2540" w:type="dxa"/>
          </w:tcPr>
          <w:p w14:paraId="0DA123B1" w14:textId="7ADC82A3" w:rsidR="00B95D05" w:rsidRDefault="53C3B0B0">
            <w:r>
              <w:t>30</w:t>
            </w:r>
          </w:p>
        </w:tc>
      </w:tr>
      <w:tr w:rsidR="00B95D05" w14:paraId="4C4CEA3D" w14:textId="77777777" w:rsidTr="64CE7AE0">
        <w:tc>
          <w:tcPr>
            <w:tcW w:w="1541" w:type="dxa"/>
          </w:tcPr>
          <w:p w14:paraId="50895670" w14:textId="1C9A9CF5" w:rsidR="00B95D05" w:rsidRDefault="3870D3C6">
            <w:r>
              <w:t>37.</w:t>
            </w:r>
          </w:p>
        </w:tc>
        <w:tc>
          <w:tcPr>
            <w:tcW w:w="4559" w:type="dxa"/>
          </w:tcPr>
          <w:p w14:paraId="38C1F859" w14:textId="2E626E14" w:rsidR="00B95D05" w:rsidRDefault="7D3CB72F">
            <w:r>
              <w:t>Gongozila112</w:t>
            </w:r>
          </w:p>
        </w:tc>
        <w:tc>
          <w:tcPr>
            <w:tcW w:w="2540" w:type="dxa"/>
          </w:tcPr>
          <w:p w14:paraId="0C8FE7CE" w14:textId="372E4826" w:rsidR="00B95D05" w:rsidRDefault="7D3CB72F">
            <w:r>
              <w:t>29</w:t>
            </w:r>
          </w:p>
        </w:tc>
      </w:tr>
      <w:tr w:rsidR="00B95D05" w14:paraId="41004F19" w14:textId="77777777" w:rsidTr="64CE7AE0">
        <w:tc>
          <w:tcPr>
            <w:tcW w:w="1541" w:type="dxa"/>
          </w:tcPr>
          <w:p w14:paraId="67C0C651" w14:textId="7063FFD6" w:rsidR="00B95D05" w:rsidRDefault="3870D3C6">
            <w:r>
              <w:t>38.</w:t>
            </w:r>
          </w:p>
        </w:tc>
        <w:tc>
          <w:tcPr>
            <w:tcW w:w="4559" w:type="dxa"/>
          </w:tcPr>
          <w:p w14:paraId="308D56CC" w14:textId="6542148C" w:rsidR="00B95D05" w:rsidRDefault="53D9C06A">
            <w:r>
              <w:t>Kitkat789</w:t>
            </w:r>
          </w:p>
        </w:tc>
        <w:tc>
          <w:tcPr>
            <w:tcW w:w="2540" w:type="dxa"/>
          </w:tcPr>
          <w:p w14:paraId="797E50C6" w14:textId="598142D2" w:rsidR="00B95D05" w:rsidRDefault="53D9C06A">
            <w:r>
              <w:t>27</w:t>
            </w:r>
          </w:p>
        </w:tc>
      </w:tr>
      <w:tr w:rsidR="00B95D05" w14:paraId="7B04FA47" w14:textId="77777777" w:rsidTr="64CE7AE0">
        <w:tc>
          <w:tcPr>
            <w:tcW w:w="1541" w:type="dxa"/>
          </w:tcPr>
          <w:p w14:paraId="568C698B" w14:textId="7CA10075" w:rsidR="00B95D05" w:rsidRDefault="3870D3C6">
            <w:r>
              <w:t>39.</w:t>
            </w:r>
          </w:p>
        </w:tc>
        <w:tc>
          <w:tcPr>
            <w:tcW w:w="4559" w:type="dxa"/>
          </w:tcPr>
          <w:p w14:paraId="1A939487" w14:textId="2C705850" w:rsidR="00B95D05" w:rsidRDefault="1EFAE91D">
            <w:r>
              <w:t>MATETEPSIJA67</w:t>
            </w:r>
          </w:p>
        </w:tc>
        <w:tc>
          <w:tcPr>
            <w:tcW w:w="2540" w:type="dxa"/>
          </w:tcPr>
          <w:p w14:paraId="6AA258D8" w14:textId="5D9E8EAC" w:rsidR="00B95D05" w:rsidRDefault="5DACCCC3">
            <w:r>
              <w:t>27</w:t>
            </w:r>
          </w:p>
        </w:tc>
      </w:tr>
      <w:tr w:rsidR="00B95D05" w14:paraId="6FFBD3EC" w14:textId="77777777" w:rsidTr="64CE7AE0">
        <w:tc>
          <w:tcPr>
            <w:tcW w:w="1541" w:type="dxa"/>
          </w:tcPr>
          <w:p w14:paraId="30DCCCAD" w14:textId="2516F6E8" w:rsidR="00B95D05" w:rsidRDefault="3870D3C6">
            <w:r>
              <w:t>40.</w:t>
            </w:r>
          </w:p>
        </w:tc>
        <w:tc>
          <w:tcPr>
            <w:tcW w:w="4559" w:type="dxa"/>
          </w:tcPr>
          <w:p w14:paraId="36AF6883" w14:textId="336C0478" w:rsidR="00B95D05" w:rsidRDefault="76290EF5">
            <w:r>
              <w:t>Avion123</w:t>
            </w:r>
          </w:p>
        </w:tc>
        <w:tc>
          <w:tcPr>
            <w:tcW w:w="2540" w:type="dxa"/>
          </w:tcPr>
          <w:p w14:paraId="54C529ED" w14:textId="0B1A9B8A" w:rsidR="00B95D05" w:rsidRDefault="3E23AC07">
            <w:r>
              <w:t>2</w:t>
            </w:r>
            <w:r w:rsidR="5AE43502">
              <w:t>6</w:t>
            </w:r>
          </w:p>
        </w:tc>
      </w:tr>
      <w:tr w:rsidR="00B95D05" w14:paraId="1C0157D6" w14:textId="77777777" w:rsidTr="64CE7AE0">
        <w:tc>
          <w:tcPr>
            <w:tcW w:w="1541" w:type="dxa"/>
          </w:tcPr>
          <w:p w14:paraId="3691E7B2" w14:textId="46CC3F42" w:rsidR="00B95D05" w:rsidRDefault="3870D3C6">
            <w:r>
              <w:t>41.</w:t>
            </w:r>
          </w:p>
        </w:tc>
        <w:tc>
          <w:tcPr>
            <w:tcW w:w="4559" w:type="dxa"/>
          </w:tcPr>
          <w:p w14:paraId="526770CE" w14:textId="2586698B" w:rsidR="00B95D05" w:rsidRDefault="2CF9FC9C">
            <w:r>
              <w:t>1236767</w:t>
            </w:r>
          </w:p>
        </w:tc>
        <w:tc>
          <w:tcPr>
            <w:tcW w:w="2540" w:type="dxa"/>
          </w:tcPr>
          <w:p w14:paraId="7CBEED82" w14:textId="35BDEA2C" w:rsidR="00B95D05" w:rsidRDefault="32295CDC">
            <w:r>
              <w:t>2</w:t>
            </w:r>
            <w:r w:rsidR="61EE85A2">
              <w:t>4</w:t>
            </w:r>
          </w:p>
        </w:tc>
      </w:tr>
      <w:tr w:rsidR="00B95D05" w14:paraId="6E36661F" w14:textId="77777777" w:rsidTr="64CE7AE0">
        <w:tc>
          <w:tcPr>
            <w:tcW w:w="1541" w:type="dxa"/>
          </w:tcPr>
          <w:p w14:paraId="38645DC7" w14:textId="19A278C6" w:rsidR="00B95D05" w:rsidRDefault="3870D3C6">
            <w:r>
              <w:t>42.</w:t>
            </w:r>
          </w:p>
        </w:tc>
        <w:tc>
          <w:tcPr>
            <w:tcW w:w="4559" w:type="dxa"/>
          </w:tcPr>
          <w:p w14:paraId="135E58C4" w14:textId="2CE647DD" w:rsidR="00B95D05" w:rsidRDefault="5C2E390C">
            <w:r>
              <w:t>Snikers123</w:t>
            </w:r>
          </w:p>
        </w:tc>
        <w:tc>
          <w:tcPr>
            <w:tcW w:w="2540" w:type="dxa"/>
          </w:tcPr>
          <w:p w14:paraId="62EBF9A1" w14:textId="5053E137" w:rsidR="00B95D05" w:rsidRDefault="5C2E390C">
            <w:r>
              <w:t>23</w:t>
            </w:r>
          </w:p>
        </w:tc>
      </w:tr>
      <w:tr w:rsidR="00B95D05" w14:paraId="0C6C2CD5" w14:textId="77777777" w:rsidTr="64CE7AE0">
        <w:tc>
          <w:tcPr>
            <w:tcW w:w="1541" w:type="dxa"/>
          </w:tcPr>
          <w:p w14:paraId="709E88E4" w14:textId="19B32A1A" w:rsidR="00B95D05" w:rsidRDefault="3870D3C6">
            <w:r>
              <w:t>43.</w:t>
            </w:r>
          </w:p>
        </w:tc>
        <w:tc>
          <w:tcPr>
            <w:tcW w:w="4559" w:type="dxa"/>
          </w:tcPr>
          <w:p w14:paraId="508C98E9" w14:textId="696F4BC6" w:rsidR="00B95D05" w:rsidRDefault="38FACD78">
            <w:r>
              <w:t>Fox36789</w:t>
            </w:r>
          </w:p>
        </w:tc>
        <w:tc>
          <w:tcPr>
            <w:tcW w:w="2540" w:type="dxa"/>
          </w:tcPr>
          <w:p w14:paraId="779F8E76" w14:textId="70254A24" w:rsidR="00B95D05" w:rsidRDefault="38FACD78">
            <w:r>
              <w:t>22</w:t>
            </w:r>
          </w:p>
        </w:tc>
      </w:tr>
      <w:tr w:rsidR="00B95D05" w14:paraId="7818863E" w14:textId="77777777" w:rsidTr="64CE7AE0">
        <w:tc>
          <w:tcPr>
            <w:tcW w:w="1541" w:type="dxa"/>
          </w:tcPr>
          <w:p w14:paraId="44F69B9A" w14:textId="078BB259" w:rsidR="00B95D05" w:rsidRDefault="3870D3C6">
            <w:r>
              <w:t>44.</w:t>
            </w:r>
          </w:p>
        </w:tc>
        <w:tc>
          <w:tcPr>
            <w:tcW w:w="4559" w:type="dxa"/>
          </w:tcPr>
          <w:p w14:paraId="5F07D11E" w14:textId="573BE65A" w:rsidR="00B95D05" w:rsidRDefault="5FB11799">
            <w:r>
              <w:t>srce256445</w:t>
            </w:r>
          </w:p>
        </w:tc>
        <w:tc>
          <w:tcPr>
            <w:tcW w:w="2540" w:type="dxa"/>
          </w:tcPr>
          <w:p w14:paraId="41508A3C" w14:textId="4DE8DD15" w:rsidR="00B95D05" w:rsidRDefault="5FB11799">
            <w:r>
              <w:t>20</w:t>
            </w:r>
          </w:p>
        </w:tc>
      </w:tr>
      <w:tr w:rsidR="00B95D05" w14:paraId="43D6B1D6" w14:textId="77777777" w:rsidTr="64CE7AE0">
        <w:tc>
          <w:tcPr>
            <w:tcW w:w="1541" w:type="dxa"/>
          </w:tcPr>
          <w:p w14:paraId="17DBC151" w14:textId="1A862A13" w:rsidR="00B95D05" w:rsidRDefault="3870D3C6">
            <w:r>
              <w:t>45.</w:t>
            </w:r>
          </w:p>
        </w:tc>
        <w:tc>
          <w:tcPr>
            <w:tcW w:w="4559" w:type="dxa"/>
          </w:tcPr>
          <w:p w14:paraId="6F8BD81B" w14:textId="37F78237" w:rsidR="00B95D05" w:rsidRDefault="3907A310">
            <w:r>
              <w:t>Grčka232</w:t>
            </w:r>
          </w:p>
        </w:tc>
        <w:tc>
          <w:tcPr>
            <w:tcW w:w="2540" w:type="dxa"/>
          </w:tcPr>
          <w:p w14:paraId="2613E9C1" w14:textId="14DFF537" w:rsidR="00B95D05" w:rsidRDefault="3907A310">
            <w:r>
              <w:t>18</w:t>
            </w:r>
          </w:p>
        </w:tc>
      </w:tr>
      <w:tr w:rsidR="00B95D05" w14:paraId="1037B8A3" w14:textId="77777777" w:rsidTr="64CE7AE0">
        <w:tc>
          <w:tcPr>
            <w:tcW w:w="1541" w:type="dxa"/>
          </w:tcPr>
          <w:p w14:paraId="687C6DE0" w14:textId="6AB975D6" w:rsidR="00B95D05" w:rsidRDefault="3870D3C6">
            <w:r>
              <w:t>46.</w:t>
            </w:r>
          </w:p>
        </w:tc>
        <w:tc>
          <w:tcPr>
            <w:tcW w:w="4559" w:type="dxa"/>
          </w:tcPr>
          <w:p w14:paraId="5B2F9378" w14:textId="1D4E3B7C" w:rsidR="00B95D05" w:rsidRDefault="71A81B18">
            <w:r>
              <w:t>FETA SALAME58</w:t>
            </w:r>
          </w:p>
        </w:tc>
        <w:tc>
          <w:tcPr>
            <w:tcW w:w="2540" w:type="dxa"/>
          </w:tcPr>
          <w:p w14:paraId="58E6DD4E" w14:textId="1A78B5F4" w:rsidR="00B95D05" w:rsidRDefault="71A81B18">
            <w:r>
              <w:t>18</w:t>
            </w:r>
          </w:p>
        </w:tc>
      </w:tr>
    </w:tbl>
    <w:p w14:paraId="231FF1CB" w14:textId="5A181775" w:rsidR="70C93030" w:rsidRDefault="70C93030"/>
    <w:p w14:paraId="76A1B531" w14:textId="07CEC72D" w:rsidR="70C93030" w:rsidRDefault="16E74E3B">
      <w:r>
        <w:t xml:space="preserve">                                                                                           Erasmus+ tim Osnovne škole kraljice Jelene</w:t>
      </w:r>
    </w:p>
    <w:sectPr w:rsidR="70C9303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A1166"/>
    <w:rsid w:val="00AA1D8D"/>
    <w:rsid w:val="00B47730"/>
    <w:rsid w:val="00B95D05"/>
    <w:rsid w:val="00CB0664"/>
    <w:rsid w:val="00D05349"/>
    <w:rsid w:val="00EA43A3"/>
    <w:rsid w:val="00FC693F"/>
    <w:rsid w:val="02022135"/>
    <w:rsid w:val="03172710"/>
    <w:rsid w:val="047F42AB"/>
    <w:rsid w:val="054233EE"/>
    <w:rsid w:val="0595E1BC"/>
    <w:rsid w:val="05FF88E0"/>
    <w:rsid w:val="06924E1C"/>
    <w:rsid w:val="06BC9F3C"/>
    <w:rsid w:val="06D2DDD3"/>
    <w:rsid w:val="089198AB"/>
    <w:rsid w:val="08C0B12B"/>
    <w:rsid w:val="098C9FBB"/>
    <w:rsid w:val="09F07633"/>
    <w:rsid w:val="0B6C5842"/>
    <w:rsid w:val="0C1023A9"/>
    <w:rsid w:val="0C8D1372"/>
    <w:rsid w:val="0D186BB2"/>
    <w:rsid w:val="107C592B"/>
    <w:rsid w:val="115C4B41"/>
    <w:rsid w:val="1240A384"/>
    <w:rsid w:val="14463EA8"/>
    <w:rsid w:val="14C64C53"/>
    <w:rsid w:val="14F70CD0"/>
    <w:rsid w:val="1521B86A"/>
    <w:rsid w:val="16E74E3B"/>
    <w:rsid w:val="17B7E061"/>
    <w:rsid w:val="18987B21"/>
    <w:rsid w:val="18AD7BB2"/>
    <w:rsid w:val="1955D1EF"/>
    <w:rsid w:val="19B37825"/>
    <w:rsid w:val="1A1033DB"/>
    <w:rsid w:val="1B98D8E2"/>
    <w:rsid w:val="1CEB9776"/>
    <w:rsid w:val="1DBFBE3B"/>
    <w:rsid w:val="1DC03189"/>
    <w:rsid w:val="1EFAE91D"/>
    <w:rsid w:val="1F9870ED"/>
    <w:rsid w:val="21E49CEA"/>
    <w:rsid w:val="227DA061"/>
    <w:rsid w:val="235138CC"/>
    <w:rsid w:val="250AFBF9"/>
    <w:rsid w:val="2510FBA5"/>
    <w:rsid w:val="2514D7A1"/>
    <w:rsid w:val="25161C30"/>
    <w:rsid w:val="2535402B"/>
    <w:rsid w:val="2566C61E"/>
    <w:rsid w:val="262BCCC6"/>
    <w:rsid w:val="26DCB00C"/>
    <w:rsid w:val="29864E36"/>
    <w:rsid w:val="29FA65FE"/>
    <w:rsid w:val="2CF9FC9C"/>
    <w:rsid w:val="2E44B6E2"/>
    <w:rsid w:val="2EAD169E"/>
    <w:rsid w:val="2FF1E631"/>
    <w:rsid w:val="303B29FE"/>
    <w:rsid w:val="3142A46C"/>
    <w:rsid w:val="32283963"/>
    <w:rsid w:val="32295CDC"/>
    <w:rsid w:val="32DBA7BE"/>
    <w:rsid w:val="3380456B"/>
    <w:rsid w:val="34133759"/>
    <w:rsid w:val="360060C1"/>
    <w:rsid w:val="37247226"/>
    <w:rsid w:val="385A412A"/>
    <w:rsid w:val="3870D3C6"/>
    <w:rsid w:val="38FACD78"/>
    <w:rsid w:val="3907A310"/>
    <w:rsid w:val="39937966"/>
    <w:rsid w:val="3997652F"/>
    <w:rsid w:val="39B67FC0"/>
    <w:rsid w:val="3BE6FA71"/>
    <w:rsid w:val="3BFFA88B"/>
    <w:rsid w:val="3D049A08"/>
    <w:rsid w:val="3E23AC07"/>
    <w:rsid w:val="3F33D9EE"/>
    <w:rsid w:val="4104AC4A"/>
    <w:rsid w:val="42044C12"/>
    <w:rsid w:val="436FBC96"/>
    <w:rsid w:val="4373A0B7"/>
    <w:rsid w:val="4485BCD7"/>
    <w:rsid w:val="45BACEC6"/>
    <w:rsid w:val="464E5EB3"/>
    <w:rsid w:val="46F1041F"/>
    <w:rsid w:val="47B5B77A"/>
    <w:rsid w:val="48F9F02F"/>
    <w:rsid w:val="4AAD38F8"/>
    <w:rsid w:val="4B0C55C6"/>
    <w:rsid w:val="4B4652DD"/>
    <w:rsid w:val="4B837C9C"/>
    <w:rsid w:val="4C09D9F7"/>
    <w:rsid w:val="4C3A0C69"/>
    <w:rsid w:val="4CD9189C"/>
    <w:rsid w:val="4D546280"/>
    <w:rsid w:val="4DB365F0"/>
    <w:rsid w:val="505A8D45"/>
    <w:rsid w:val="520D2636"/>
    <w:rsid w:val="52AD39FE"/>
    <w:rsid w:val="53C3B0B0"/>
    <w:rsid w:val="53D9C06A"/>
    <w:rsid w:val="5412555D"/>
    <w:rsid w:val="54FB4AE0"/>
    <w:rsid w:val="55FE2ED2"/>
    <w:rsid w:val="58A94264"/>
    <w:rsid w:val="59E255B1"/>
    <w:rsid w:val="5A4AAFA9"/>
    <w:rsid w:val="5AE43502"/>
    <w:rsid w:val="5B0F3395"/>
    <w:rsid w:val="5C2E390C"/>
    <w:rsid w:val="5CB34CD5"/>
    <w:rsid w:val="5CCEC962"/>
    <w:rsid w:val="5D1BAFBA"/>
    <w:rsid w:val="5DACCCC3"/>
    <w:rsid w:val="5E15DF7A"/>
    <w:rsid w:val="5FB11799"/>
    <w:rsid w:val="60557DE2"/>
    <w:rsid w:val="6178B369"/>
    <w:rsid w:val="61EE85A2"/>
    <w:rsid w:val="63385AD3"/>
    <w:rsid w:val="63DEE83D"/>
    <w:rsid w:val="6474F2C6"/>
    <w:rsid w:val="64CE7AE0"/>
    <w:rsid w:val="68E98912"/>
    <w:rsid w:val="6976D5FF"/>
    <w:rsid w:val="6BC4FDB3"/>
    <w:rsid w:val="6C65F4AE"/>
    <w:rsid w:val="6CB7E3A2"/>
    <w:rsid w:val="6E03F4C6"/>
    <w:rsid w:val="6E123C36"/>
    <w:rsid w:val="6E70A3E1"/>
    <w:rsid w:val="6FF31742"/>
    <w:rsid w:val="707A9332"/>
    <w:rsid w:val="70C93030"/>
    <w:rsid w:val="714D99AF"/>
    <w:rsid w:val="716C6ECB"/>
    <w:rsid w:val="71A81B18"/>
    <w:rsid w:val="721B3272"/>
    <w:rsid w:val="74908044"/>
    <w:rsid w:val="758DFF55"/>
    <w:rsid w:val="75E9306A"/>
    <w:rsid w:val="76290EF5"/>
    <w:rsid w:val="76E8576B"/>
    <w:rsid w:val="7748F392"/>
    <w:rsid w:val="78399626"/>
    <w:rsid w:val="78894722"/>
    <w:rsid w:val="795A5321"/>
    <w:rsid w:val="7AF1F35C"/>
    <w:rsid w:val="7C9A3554"/>
    <w:rsid w:val="7D3CB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5494B176-3492-4106-91E3-C049B0363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7A1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240</Words>
  <Characters>1369</Characters>
  <Application>Microsoft Office Word</Application>
  <DocSecurity>0</DocSecurity>
  <Lines>11</Lines>
  <Paragraphs>3</Paragraphs>
  <ScaleCrop>false</ScaleCrop>
  <Manager/>
  <Company/>
  <LinksUpToDate>false</LinksUpToDate>
  <CharactersWithSpaces>1606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Anet Plenković Račić</cp:lastModifiedBy>
  <cp:revision>3</cp:revision>
  <dcterms:created xsi:type="dcterms:W3CDTF">2026-10-30T07:27:00Z</dcterms:created>
  <dcterms:modified xsi:type="dcterms:W3CDTF">2026-10-30T07:36:00Z</dcterms:modified>
  <cp:category/>
</cp:coreProperties>
</file>